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8FD" w:rsidRDefault="00195166" w:rsidP="006718FD">
      <w:pPr>
        <w:jc w:val="center"/>
        <w:rPr>
          <w:rFonts w:ascii="Arial" w:hAnsi="Arial"/>
          <w:b/>
          <w:sz w:val="28"/>
          <w:lang w:val="es-CL"/>
        </w:rPr>
      </w:pPr>
      <w:r w:rsidRPr="006718FD">
        <w:rPr>
          <w:rFonts w:ascii="Arial" w:hAnsi="Arial"/>
          <w:b/>
          <w:sz w:val="28"/>
          <w:lang w:val="es-CL"/>
        </w:rPr>
        <w:t>Formulario de Postulación – COSAM</w:t>
      </w:r>
    </w:p>
    <w:p w:rsidR="002F6911" w:rsidRPr="006718FD" w:rsidRDefault="002F6911">
      <w:pPr>
        <w:rPr>
          <w:lang w:val="es-CL"/>
        </w:rPr>
      </w:pPr>
    </w:p>
    <w:p w:rsidR="002F6911" w:rsidRPr="006718FD" w:rsidRDefault="006718FD">
      <w:pPr>
        <w:rPr>
          <w:lang w:val="es-CL"/>
        </w:rPr>
      </w:pPr>
      <w:r w:rsidRPr="006718FD">
        <w:rPr>
          <w:rFonts w:ascii="Arial" w:hAnsi="Arial"/>
          <w:b/>
          <w:lang w:val="es-CL"/>
        </w:rPr>
        <w:t>1) DATOS DEL POSTULANTE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28"/>
        <w:gridCol w:w="3712"/>
      </w:tblGrid>
      <w:tr w:rsidR="002F6911" w:rsidTr="006718FD">
        <w:tc>
          <w:tcPr>
            <w:tcW w:w="4928" w:type="dxa"/>
            <w:vAlign w:val="center"/>
          </w:tcPr>
          <w:p w:rsidR="002F6911" w:rsidRDefault="00195166" w:rsidP="006718FD">
            <w:pPr>
              <w:jc w:val="center"/>
            </w:pPr>
            <w:r>
              <w:rPr>
                <w:rFonts w:ascii="Arial" w:hAnsi="Arial"/>
                <w:b/>
                <w:sz w:val="20"/>
              </w:rPr>
              <w:t>Campo</w:t>
            </w:r>
          </w:p>
        </w:tc>
        <w:tc>
          <w:tcPr>
            <w:tcW w:w="3712" w:type="dxa"/>
            <w:vAlign w:val="center"/>
          </w:tcPr>
          <w:p w:rsidR="002F6911" w:rsidRDefault="00195166" w:rsidP="006718FD">
            <w:pPr>
              <w:jc w:val="center"/>
            </w:pPr>
            <w:r>
              <w:rPr>
                <w:rFonts w:ascii="Arial" w:hAnsi="Arial"/>
                <w:b/>
                <w:sz w:val="20"/>
              </w:rPr>
              <w:t>Información</w:t>
            </w:r>
          </w:p>
        </w:tc>
      </w:tr>
      <w:tr w:rsidR="002F6911" w:rsidTr="006718FD">
        <w:tc>
          <w:tcPr>
            <w:tcW w:w="4928" w:type="dxa"/>
            <w:vAlign w:val="center"/>
          </w:tcPr>
          <w:p w:rsidR="002F6911" w:rsidRDefault="00195166">
            <w:r>
              <w:rPr>
                <w:rFonts w:ascii="Arial" w:hAnsi="Arial"/>
              </w:rPr>
              <w:t>RUT</w:t>
            </w:r>
          </w:p>
        </w:tc>
        <w:tc>
          <w:tcPr>
            <w:tcW w:w="3712" w:type="dxa"/>
            <w:vAlign w:val="center"/>
          </w:tcPr>
          <w:p w:rsidR="002F6911" w:rsidRDefault="002F6911"/>
        </w:tc>
      </w:tr>
      <w:tr w:rsidR="002F6911" w:rsidTr="006718FD">
        <w:tc>
          <w:tcPr>
            <w:tcW w:w="4928" w:type="dxa"/>
            <w:vAlign w:val="center"/>
          </w:tcPr>
          <w:p w:rsidR="002F6911" w:rsidRDefault="00195166">
            <w:r>
              <w:rPr>
                <w:rFonts w:ascii="Arial" w:hAnsi="Arial"/>
              </w:rPr>
              <w:t>Nombres</w:t>
            </w:r>
          </w:p>
        </w:tc>
        <w:tc>
          <w:tcPr>
            <w:tcW w:w="3712" w:type="dxa"/>
            <w:vAlign w:val="center"/>
          </w:tcPr>
          <w:p w:rsidR="002F6911" w:rsidRDefault="002F6911"/>
        </w:tc>
      </w:tr>
      <w:tr w:rsidR="002F6911" w:rsidTr="006718FD">
        <w:tc>
          <w:tcPr>
            <w:tcW w:w="4928" w:type="dxa"/>
            <w:vAlign w:val="center"/>
          </w:tcPr>
          <w:p w:rsidR="002F6911" w:rsidRDefault="00195166">
            <w:r>
              <w:rPr>
                <w:rFonts w:ascii="Arial" w:hAnsi="Arial"/>
              </w:rPr>
              <w:t>Apellidos</w:t>
            </w:r>
          </w:p>
        </w:tc>
        <w:tc>
          <w:tcPr>
            <w:tcW w:w="3712" w:type="dxa"/>
            <w:vAlign w:val="center"/>
          </w:tcPr>
          <w:p w:rsidR="002F6911" w:rsidRDefault="002F6911"/>
        </w:tc>
      </w:tr>
      <w:tr w:rsidR="002F6911" w:rsidTr="006718FD">
        <w:tc>
          <w:tcPr>
            <w:tcW w:w="4928" w:type="dxa"/>
            <w:vAlign w:val="center"/>
          </w:tcPr>
          <w:p w:rsidR="002F6911" w:rsidRDefault="00195166">
            <w:r>
              <w:rPr>
                <w:rFonts w:ascii="Arial" w:hAnsi="Arial"/>
              </w:rPr>
              <w:t>Correo electrónico</w:t>
            </w:r>
          </w:p>
        </w:tc>
        <w:tc>
          <w:tcPr>
            <w:tcW w:w="3712" w:type="dxa"/>
            <w:vAlign w:val="center"/>
          </w:tcPr>
          <w:p w:rsidR="002F6911" w:rsidRDefault="002F6911"/>
        </w:tc>
      </w:tr>
      <w:tr w:rsidR="002F6911" w:rsidTr="006718FD">
        <w:tc>
          <w:tcPr>
            <w:tcW w:w="4928" w:type="dxa"/>
            <w:vAlign w:val="center"/>
          </w:tcPr>
          <w:p w:rsidR="002F6911" w:rsidRDefault="00195166">
            <w:r>
              <w:rPr>
                <w:rFonts w:ascii="Arial" w:hAnsi="Arial"/>
              </w:rPr>
              <w:t>Teléfono de contacto</w:t>
            </w:r>
          </w:p>
        </w:tc>
        <w:tc>
          <w:tcPr>
            <w:tcW w:w="3712" w:type="dxa"/>
            <w:vAlign w:val="center"/>
          </w:tcPr>
          <w:p w:rsidR="002F6911" w:rsidRDefault="002F6911"/>
        </w:tc>
      </w:tr>
      <w:tr w:rsidR="002F6911" w:rsidTr="006718FD">
        <w:tc>
          <w:tcPr>
            <w:tcW w:w="4928" w:type="dxa"/>
            <w:vAlign w:val="center"/>
          </w:tcPr>
          <w:p w:rsidR="002F6911" w:rsidRPr="006718FD" w:rsidRDefault="006718FD">
            <w:pPr>
              <w:rPr>
                <w:rFonts w:ascii="Arial" w:hAnsi="Arial"/>
              </w:rPr>
            </w:pPr>
            <w:r w:rsidRPr="006718FD">
              <w:rPr>
                <w:rFonts w:ascii="Arial" w:hAnsi="Arial"/>
              </w:rPr>
              <w:t>Establecimiento de desempeño actual</w:t>
            </w:r>
          </w:p>
        </w:tc>
        <w:tc>
          <w:tcPr>
            <w:tcW w:w="3712" w:type="dxa"/>
            <w:vAlign w:val="center"/>
          </w:tcPr>
          <w:p w:rsidR="002F6911" w:rsidRDefault="002F6911"/>
        </w:tc>
      </w:tr>
      <w:tr w:rsidR="002F6911" w:rsidTr="006718FD">
        <w:tc>
          <w:tcPr>
            <w:tcW w:w="4928" w:type="dxa"/>
            <w:vAlign w:val="center"/>
          </w:tcPr>
          <w:p w:rsidR="002F6911" w:rsidRPr="006718FD" w:rsidRDefault="006718FD">
            <w:pPr>
              <w:rPr>
                <w:rFonts w:ascii="Arial" w:hAnsi="Arial"/>
              </w:rPr>
            </w:pPr>
            <w:r w:rsidRPr="006718FD">
              <w:rPr>
                <w:rFonts w:ascii="Arial" w:hAnsi="Arial"/>
              </w:rPr>
              <w:t>Estamento</w:t>
            </w:r>
          </w:p>
        </w:tc>
        <w:tc>
          <w:tcPr>
            <w:tcW w:w="3712" w:type="dxa"/>
            <w:vAlign w:val="center"/>
          </w:tcPr>
          <w:p w:rsidR="002F6911" w:rsidRDefault="002F6911"/>
        </w:tc>
      </w:tr>
      <w:tr w:rsidR="002F6911" w:rsidRPr="006718FD" w:rsidTr="006718FD">
        <w:tc>
          <w:tcPr>
            <w:tcW w:w="4928" w:type="dxa"/>
            <w:vAlign w:val="center"/>
          </w:tcPr>
          <w:p w:rsidR="002F6911" w:rsidRPr="006718FD" w:rsidRDefault="006718FD">
            <w:pPr>
              <w:rPr>
                <w:rFonts w:ascii="Arial" w:hAnsi="Arial"/>
              </w:rPr>
            </w:pPr>
            <w:r w:rsidRPr="006718FD">
              <w:rPr>
                <w:rFonts w:ascii="Arial" w:hAnsi="Arial"/>
              </w:rPr>
              <w:t>Grado / Calidad Jurídica</w:t>
            </w:r>
            <w:r w:rsidR="001D7C9A">
              <w:rPr>
                <w:rFonts w:ascii="Arial" w:hAnsi="Arial"/>
              </w:rPr>
              <w:t xml:space="preserve"> actual</w:t>
            </w:r>
          </w:p>
        </w:tc>
        <w:tc>
          <w:tcPr>
            <w:tcW w:w="3712" w:type="dxa"/>
            <w:vAlign w:val="center"/>
          </w:tcPr>
          <w:p w:rsidR="002F6911" w:rsidRPr="006718FD" w:rsidRDefault="002F6911">
            <w:pPr>
              <w:rPr>
                <w:lang w:val="es-CL"/>
              </w:rPr>
            </w:pPr>
          </w:p>
        </w:tc>
      </w:tr>
      <w:tr w:rsidR="002F6911" w:rsidRPr="006718FD" w:rsidTr="006718FD">
        <w:tc>
          <w:tcPr>
            <w:tcW w:w="4928" w:type="dxa"/>
            <w:vAlign w:val="center"/>
          </w:tcPr>
          <w:p w:rsidR="002F6911" w:rsidRPr="006718FD" w:rsidRDefault="006718FD">
            <w:pPr>
              <w:rPr>
                <w:rFonts w:ascii="Arial" w:hAnsi="Arial"/>
              </w:rPr>
            </w:pPr>
            <w:r w:rsidRPr="006718FD">
              <w:rPr>
                <w:rFonts w:ascii="Arial" w:hAnsi="Arial"/>
              </w:rPr>
              <w:t>Unidad en la que se desempeña actualmente</w:t>
            </w:r>
          </w:p>
        </w:tc>
        <w:tc>
          <w:tcPr>
            <w:tcW w:w="3712" w:type="dxa"/>
            <w:vAlign w:val="center"/>
          </w:tcPr>
          <w:p w:rsidR="002F6911" w:rsidRDefault="002F6911">
            <w:pPr>
              <w:rPr>
                <w:lang w:val="es-CL"/>
              </w:rPr>
            </w:pPr>
          </w:p>
          <w:p w:rsidR="006718FD" w:rsidRPr="006718FD" w:rsidRDefault="006718FD">
            <w:pPr>
              <w:rPr>
                <w:lang w:val="es-CL"/>
              </w:rPr>
            </w:pPr>
          </w:p>
        </w:tc>
      </w:tr>
      <w:tr w:rsidR="006718FD" w:rsidRPr="006718FD" w:rsidTr="006718FD">
        <w:tc>
          <w:tcPr>
            <w:tcW w:w="4928" w:type="dxa"/>
            <w:vAlign w:val="center"/>
          </w:tcPr>
          <w:p w:rsidR="006718FD" w:rsidRDefault="00DC4330">
            <w:pPr>
              <w:rPr>
                <w:rFonts w:ascii="Arial" w:hAnsi="Arial"/>
                <w:lang w:val="es-CL"/>
              </w:rPr>
            </w:pPr>
            <w:r w:rsidRPr="006718FD">
              <w:rPr>
                <w:rFonts w:ascii="Arial" w:hAnsi="Arial"/>
                <w:lang w:val="es-CL"/>
              </w:rPr>
              <w:t>Antigüedad</w:t>
            </w:r>
            <w:r w:rsidR="006718FD" w:rsidRPr="006718FD">
              <w:rPr>
                <w:rFonts w:ascii="Arial" w:hAnsi="Arial"/>
                <w:lang w:val="es-CL"/>
              </w:rPr>
              <w:t xml:space="preserve"> en el Servicio de Salud </w:t>
            </w:r>
            <w:r w:rsidR="006718FD">
              <w:rPr>
                <w:rFonts w:ascii="Arial" w:hAnsi="Arial"/>
                <w:lang w:val="es-CL"/>
              </w:rPr>
              <w:t>A</w:t>
            </w:r>
            <w:r w:rsidR="006718FD" w:rsidRPr="006718FD">
              <w:rPr>
                <w:rFonts w:ascii="Arial" w:hAnsi="Arial"/>
                <w:lang w:val="es-CL"/>
              </w:rPr>
              <w:t>concagua</w:t>
            </w:r>
          </w:p>
          <w:p w:rsidR="006718FD" w:rsidRPr="006718FD" w:rsidRDefault="006718FD">
            <w:pPr>
              <w:rPr>
                <w:rFonts w:ascii="Arial" w:hAnsi="Arial"/>
                <w:lang w:val="es-CL"/>
              </w:rPr>
            </w:pPr>
            <w:r w:rsidRPr="006718FD">
              <w:rPr>
                <w:rFonts w:ascii="Arial" w:hAnsi="Arial"/>
                <w:sz w:val="20"/>
                <w:lang w:val="es-CL"/>
              </w:rPr>
              <w:t>Complete fechas con formato dd/mm/aaaa</w:t>
            </w:r>
          </w:p>
        </w:tc>
        <w:tc>
          <w:tcPr>
            <w:tcW w:w="3712" w:type="dxa"/>
            <w:vAlign w:val="center"/>
          </w:tcPr>
          <w:p w:rsidR="006718FD" w:rsidRPr="006718FD" w:rsidRDefault="006718FD">
            <w:pPr>
              <w:rPr>
                <w:lang w:val="es-CL"/>
              </w:rPr>
            </w:pPr>
            <w:r>
              <w:rPr>
                <w:lang w:val="es-CL"/>
              </w:rPr>
              <w:t>--/--/----</w:t>
            </w:r>
          </w:p>
        </w:tc>
      </w:tr>
    </w:tbl>
    <w:p w:rsidR="006718FD" w:rsidRDefault="006718FD">
      <w:pPr>
        <w:rPr>
          <w:lang w:val="es-CL"/>
        </w:rPr>
      </w:pPr>
    </w:p>
    <w:p w:rsidR="006718FD" w:rsidRPr="00533A99" w:rsidRDefault="006718FD">
      <w:pPr>
        <w:rPr>
          <w:lang w:val="es-CL"/>
        </w:rPr>
      </w:pPr>
      <w:r w:rsidRPr="006718FD">
        <w:rPr>
          <w:rFonts w:ascii="Arial" w:hAnsi="Arial" w:cs="Arial"/>
          <w:b/>
          <w:bCs/>
          <w:lang w:val="es-CL"/>
        </w:rPr>
        <w:t>2. MOTIVACION PARA POSTULAR AL CARGO:</w:t>
      </w:r>
      <w:r w:rsidR="00533A99" w:rsidRPr="00533A99">
        <w:rPr>
          <w:rFonts w:ascii="Arial" w:hAnsi="Arial"/>
          <w:sz w:val="20"/>
          <w:lang w:val="es-CL"/>
        </w:rPr>
        <w:t xml:space="preserve"> Explique su motivación para trabajar en el COSAM y su interés en el enfoque comunitario de salud mental.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80"/>
      </w:tblGrid>
      <w:tr w:rsidR="006718FD" w:rsidTr="006718FD">
        <w:tc>
          <w:tcPr>
            <w:tcW w:w="8780" w:type="dxa"/>
          </w:tcPr>
          <w:p w:rsidR="006718FD" w:rsidRDefault="006718FD">
            <w:pPr>
              <w:rPr>
                <w:lang w:val="es-CL"/>
              </w:rPr>
            </w:pPr>
          </w:p>
          <w:p w:rsidR="006718FD" w:rsidRDefault="006718FD">
            <w:pPr>
              <w:rPr>
                <w:lang w:val="es-CL"/>
              </w:rPr>
            </w:pPr>
          </w:p>
          <w:p w:rsidR="006718FD" w:rsidRDefault="006718FD">
            <w:pPr>
              <w:rPr>
                <w:lang w:val="es-CL"/>
              </w:rPr>
            </w:pPr>
          </w:p>
          <w:p w:rsidR="006718FD" w:rsidRDefault="006718FD">
            <w:pPr>
              <w:rPr>
                <w:lang w:val="es-CL"/>
              </w:rPr>
            </w:pPr>
          </w:p>
          <w:p w:rsidR="006718FD" w:rsidRDefault="006718FD">
            <w:pPr>
              <w:rPr>
                <w:lang w:val="es-CL"/>
              </w:rPr>
            </w:pPr>
          </w:p>
          <w:p w:rsidR="006718FD" w:rsidRDefault="006718FD">
            <w:pPr>
              <w:rPr>
                <w:lang w:val="es-CL"/>
              </w:rPr>
            </w:pPr>
          </w:p>
          <w:p w:rsidR="006718FD" w:rsidRDefault="006718FD">
            <w:pPr>
              <w:rPr>
                <w:lang w:val="es-CL"/>
              </w:rPr>
            </w:pPr>
          </w:p>
          <w:p w:rsidR="006718FD" w:rsidRDefault="006718FD">
            <w:pPr>
              <w:rPr>
                <w:lang w:val="es-CL"/>
              </w:rPr>
            </w:pPr>
          </w:p>
        </w:tc>
      </w:tr>
    </w:tbl>
    <w:p w:rsidR="006718FD" w:rsidRDefault="006718FD">
      <w:pPr>
        <w:rPr>
          <w:lang w:val="es-CL"/>
        </w:rPr>
      </w:pPr>
    </w:p>
    <w:p w:rsidR="002F6911" w:rsidRPr="006718FD" w:rsidRDefault="006718FD">
      <w:pPr>
        <w:rPr>
          <w:lang w:val="es-CL"/>
        </w:rPr>
      </w:pPr>
      <w:r>
        <w:rPr>
          <w:rFonts w:ascii="Arial" w:hAnsi="Arial"/>
          <w:b/>
          <w:sz w:val="24"/>
          <w:lang w:val="es-CL"/>
        </w:rPr>
        <w:t>3</w:t>
      </w:r>
      <w:r w:rsidRPr="006718FD">
        <w:rPr>
          <w:rFonts w:ascii="Arial" w:hAnsi="Arial"/>
          <w:b/>
          <w:sz w:val="24"/>
          <w:lang w:val="es-CL"/>
        </w:rPr>
        <w:t xml:space="preserve">) </w:t>
      </w:r>
      <w:r w:rsidR="00FD59D6">
        <w:rPr>
          <w:rFonts w:ascii="Arial" w:hAnsi="Arial"/>
          <w:b/>
          <w:sz w:val="24"/>
          <w:lang w:val="es-CL"/>
        </w:rPr>
        <w:t>EXPERIENCIA</w:t>
      </w:r>
      <w:r w:rsidRPr="006718FD">
        <w:rPr>
          <w:rFonts w:ascii="Arial" w:hAnsi="Arial"/>
          <w:b/>
          <w:sz w:val="24"/>
          <w:lang w:val="es-CL"/>
        </w:rPr>
        <w:t xml:space="preserve"> </w:t>
      </w:r>
      <w:r w:rsidR="00DC4330">
        <w:rPr>
          <w:rFonts w:ascii="Arial" w:hAnsi="Arial"/>
          <w:b/>
          <w:sz w:val="24"/>
          <w:lang w:val="es-CL"/>
        </w:rPr>
        <w:t>PROFESIONAL</w:t>
      </w:r>
      <w:r w:rsidRPr="006718FD">
        <w:rPr>
          <w:rFonts w:ascii="Arial" w:hAnsi="Arial"/>
          <w:b/>
          <w:sz w:val="24"/>
          <w:lang w:val="es-CL"/>
        </w:rPr>
        <w:t xml:space="preserve"> (desde y hasta – día/mes/año)</w:t>
      </w:r>
    </w:p>
    <w:p w:rsidR="002F6911" w:rsidRPr="00FD59D6" w:rsidRDefault="00FD59D6">
      <w:pPr>
        <w:rPr>
          <w:rFonts w:ascii="Arial" w:hAnsi="Arial"/>
          <w:sz w:val="20"/>
          <w:lang w:val="es-CL"/>
        </w:rPr>
      </w:pPr>
      <w:r>
        <w:rPr>
          <w:rFonts w:ascii="Arial" w:hAnsi="Arial"/>
          <w:sz w:val="20"/>
          <w:lang w:val="es-CL"/>
        </w:rPr>
        <w:t xml:space="preserve">Describa su experiencia en el ejercicio de su profesión: </w:t>
      </w:r>
      <w:r w:rsidRPr="006718FD">
        <w:rPr>
          <w:rFonts w:ascii="Arial" w:hAnsi="Arial"/>
          <w:sz w:val="20"/>
          <w:lang w:val="es-CL"/>
        </w:rPr>
        <w:t>Complete fechas con formato dd/mm/aaaa.</w:t>
      </w:r>
    </w:p>
    <w:p w:rsidR="002F6911" w:rsidRDefault="00195166">
      <w:r>
        <w:rPr>
          <w:rFonts w:ascii="Arial" w:hAnsi="Arial"/>
          <w:b/>
        </w:rPr>
        <w:t xml:space="preserve">Experiencia </w:t>
      </w:r>
      <w:r w:rsidR="00FD59D6">
        <w:rPr>
          <w:rFonts w:ascii="Arial" w:hAnsi="Arial"/>
          <w:b/>
        </w:rPr>
        <w:t xml:space="preserve">Profesional </w:t>
      </w:r>
      <w:r>
        <w:rPr>
          <w:rFonts w:ascii="Arial" w:hAnsi="Arial"/>
          <w:b/>
        </w:rPr>
        <w:t>#1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F6911">
        <w:tc>
          <w:tcPr>
            <w:tcW w:w="2160" w:type="dxa"/>
            <w:vAlign w:val="center"/>
          </w:tcPr>
          <w:p w:rsidR="002F6911" w:rsidRDefault="00195166">
            <w:r>
              <w:rPr>
                <w:rFonts w:ascii="Arial" w:hAnsi="Arial"/>
                <w:sz w:val="20"/>
              </w:rPr>
              <w:t>Cargo</w:t>
            </w:r>
          </w:p>
        </w:tc>
        <w:tc>
          <w:tcPr>
            <w:tcW w:w="6480" w:type="dxa"/>
            <w:gridSpan w:val="3"/>
            <w:vAlign w:val="center"/>
          </w:tcPr>
          <w:p w:rsidR="002F6911" w:rsidRDefault="002F6911"/>
        </w:tc>
      </w:tr>
      <w:tr w:rsidR="002F6911">
        <w:tc>
          <w:tcPr>
            <w:tcW w:w="2160" w:type="dxa"/>
            <w:vAlign w:val="center"/>
          </w:tcPr>
          <w:p w:rsidR="002F6911" w:rsidRDefault="00195166">
            <w:r>
              <w:rPr>
                <w:rFonts w:ascii="Arial" w:hAnsi="Arial"/>
                <w:sz w:val="20"/>
              </w:rPr>
              <w:t>Institución / Dispositivo</w:t>
            </w:r>
          </w:p>
        </w:tc>
        <w:tc>
          <w:tcPr>
            <w:tcW w:w="6480" w:type="dxa"/>
            <w:gridSpan w:val="3"/>
            <w:vAlign w:val="center"/>
          </w:tcPr>
          <w:p w:rsidR="002F6911" w:rsidRDefault="002F6911"/>
        </w:tc>
      </w:tr>
      <w:tr w:rsidR="00FD59D6">
        <w:tc>
          <w:tcPr>
            <w:tcW w:w="2160" w:type="dxa"/>
            <w:vAlign w:val="center"/>
          </w:tcPr>
          <w:p w:rsidR="00FD59D6" w:rsidRDefault="00FD59D6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Estamento</w:t>
            </w:r>
          </w:p>
        </w:tc>
        <w:tc>
          <w:tcPr>
            <w:tcW w:w="2160" w:type="dxa"/>
            <w:vAlign w:val="center"/>
          </w:tcPr>
          <w:p w:rsidR="00FD59D6" w:rsidRDefault="00FD59D6"/>
        </w:tc>
        <w:tc>
          <w:tcPr>
            <w:tcW w:w="2160" w:type="dxa"/>
            <w:vAlign w:val="center"/>
          </w:tcPr>
          <w:p w:rsidR="00FD59D6" w:rsidRDefault="00FD59D6">
            <w:pPr>
              <w:rPr>
                <w:rFonts w:ascii="Arial" w:hAnsi="Arial"/>
                <w:sz w:val="20"/>
              </w:rPr>
            </w:pPr>
          </w:p>
        </w:tc>
        <w:tc>
          <w:tcPr>
            <w:tcW w:w="2160" w:type="dxa"/>
            <w:vAlign w:val="center"/>
          </w:tcPr>
          <w:p w:rsidR="00FD59D6" w:rsidRDefault="00FD59D6"/>
        </w:tc>
      </w:tr>
      <w:tr w:rsidR="002F6911">
        <w:tc>
          <w:tcPr>
            <w:tcW w:w="2160" w:type="dxa"/>
            <w:vAlign w:val="center"/>
          </w:tcPr>
          <w:p w:rsidR="002F6911" w:rsidRDefault="00195166">
            <w:r>
              <w:rPr>
                <w:rFonts w:ascii="Arial" w:hAnsi="Arial"/>
                <w:sz w:val="20"/>
              </w:rPr>
              <w:t>Desde (dd/mm/aaaa)</w:t>
            </w:r>
          </w:p>
        </w:tc>
        <w:tc>
          <w:tcPr>
            <w:tcW w:w="2160" w:type="dxa"/>
            <w:vAlign w:val="center"/>
          </w:tcPr>
          <w:p w:rsidR="002F6911" w:rsidRDefault="002F6911"/>
        </w:tc>
        <w:tc>
          <w:tcPr>
            <w:tcW w:w="2160" w:type="dxa"/>
            <w:vAlign w:val="center"/>
          </w:tcPr>
          <w:p w:rsidR="002F6911" w:rsidRDefault="00195166">
            <w:r>
              <w:rPr>
                <w:rFonts w:ascii="Arial" w:hAnsi="Arial"/>
                <w:sz w:val="20"/>
              </w:rPr>
              <w:t>Hasta (dd/mm/aaaa)</w:t>
            </w:r>
          </w:p>
        </w:tc>
        <w:tc>
          <w:tcPr>
            <w:tcW w:w="2160" w:type="dxa"/>
            <w:vAlign w:val="center"/>
          </w:tcPr>
          <w:p w:rsidR="002F6911" w:rsidRDefault="002F6911"/>
        </w:tc>
      </w:tr>
      <w:tr w:rsidR="002F6911" w:rsidRPr="006718FD">
        <w:tc>
          <w:tcPr>
            <w:tcW w:w="2160" w:type="dxa"/>
            <w:vAlign w:val="center"/>
          </w:tcPr>
          <w:p w:rsidR="002F6911" w:rsidRPr="006718FD" w:rsidRDefault="00195166">
            <w:pPr>
              <w:rPr>
                <w:lang w:val="es-CL"/>
              </w:rPr>
            </w:pPr>
            <w:r w:rsidRPr="006718FD">
              <w:rPr>
                <w:rFonts w:ascii="Arial" w:hAnsi="Arial"/>
                <w:sz w:val="20"/>
                <w:lang w:val="es-CL"/>
              </w:rPr>
              <w:t>Principales funciones y logros (breve síntesis)</w:t>
            </w:r>
          </w:p>
        </w:tc>
        <w:tc>
          <w:tcPr>
            <w:tcW w:w="6480" w:type="dxa"/>
            <w:gridSpan w:val="3"/>
            <w:vAlign w:val="center"/>
          </w:tcPr>
          <w:p w:rsidR="002F6911" w:rsidRDefault="002F6911">
            <w:pPr>
              <w:rPr>
                <w:lang w:val="es-CL"/>
              </w:rPr>
            </w:pPr>
          </w:p>
          <w:p w:rsidR="006718FD" w:rsidRDefault="006718FD">
            <w:pPr>
              <w:rPr>
                <w:lang w:val="es-CL"/>
              </w:rPr>
            </w:pPr>
          </w:p>
          <w:p w:rsidR="006718FD" w:rsidRPr="006718FD" w:rsidRDefault="006718FD">
            <w:pPr>
              <w:rPr>
                <w:lang w:val="es-CL"/>
              </w:rPr>
            </w:pPr>
          </w:p>
        </w:tc>
      </w:tr>
    </w:tbl>
    <w:p w:rsidR="002F6911" w:rsidRDefault="002F6911">
      <w:pPr>
        <w:rPr>
          <w:lang w:val="es-CL"/>
        </w:rPr>
      </w:pPr>
    </w:p>
    <w:p w:rsidR="006718FD" w:rsidRPr="006718FD" w:rsidRDefault="006718FD">
      <w:pPr>
        <w:rPr>
          <w:lang w:val="es-CL"/>
        </w:rPr>
      </w:pPr>
    </w:p>
    <w:p w:rsidR="006718FD" w:rsidRDefault="006718FD" w:rsidP="006718FD">
      <w:r>
        <w:rPr>
          <w:rFonts w:ascii="Arial" w:hAnsi="Arial"/>
          <w:b/>
        </w:rPr>
        <w:t xml:space="preserve">Experiencia </w:t>
      </w:r>
      <w:r w:rsidR="00FD59D6">
        <w:rPr>
          <w:rFonts w:ascii="Arial" w:hAnsi="Arial"/>
          <w:b/>
        </w:rPr>
        <w:t xml:space="preserve">Profesional </w:t>
      </w:r>
      <w:r>
        <w:rPr>
          <w:rFonts w:ascii="Arial" w:hAnsi="Arial"/>
          <w:b/>
        </w:rPr>
        <w:t>#2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46"/>
        <w:gridCol w:w="2122"/>
        <w:gridCol w:w="2146"/>
        <w:gridCol w:w="2790"/>
      </w:tblGrid>
      <w:tr w:rsidR="006718FD" w:rsidTr="00DC4330">
        <w:tc>
          <w:tcPr>
            <w:tcW w:w="2160" w:type="dxa"/>
            <w:vAlign w:val="center"/>
          </w:tcPr>
          <w:p w:rsidR="006718FD" w:rsidRDefault="006718FD" w:rsidP="00075533">
            <w:r>
              <w:rPr>
                <w:rFonts w:ascii="Arial" w:hAnsi="Arial"/>
                <w:sz w:val="20"/>
              </w:rPr>
              <w:t>Cargo</w:t>
            </w:r>
          </w:p>
        </w:tc>
        <w:tc>
          <w:tcPr>
            <w:tcW w:w="7162" w:type="dxa"/>
            <w:gridSpan w:val="3"/>
            <w:vAlign w:val="center"/>
          </w:tcPr>
          <w:p w:rsidR="006718FD" w:rsidRDefault="006718FD" w:rsidP="00075533"/>
        </w:tc>
      </w:tr>
      <w:tr w:rsidR="006718FD" w:rsidTr="00DC4330">
        <w:tc>
          <w:tcPr>
            <w:tcW w:w="2160" w:type="dxa"/>
            <w:vAlign w:val="center"/>
          </w:tcPr>
          <w:p w:rsidR="006718FD" w:rsidRDefault="006718FD" w:rsidP="00075533">
            <w:r>
              <w:rPr>
                <w:rFonts w:ascii="Arial" w:hAnsi="Arial"/>
                <w:sz w:val="20"/>
              </w:rPr>
              <w:t>Institución / Dispositivo</w:t>
            </w:r>
          </w:p>
        </w:tc>
        <w:tc>
          <w:tcPr>
            <w:tcW w:w="7162" w:type="dxa"/>
            <w:gridSpan w:val="3"/>
            <w:vAlign w:val="center"/>
          </w:tcPr>
          <w:p w:rsidR="006718FD" w:rsidRDefault="006718FD" w:rsidP="00075533"/>
        </w:tc>
      </w:tr>
      <w:tr w:rsidR="00FD59D6" w:rsidTr="00DC4330">
        <w:tc>
          <w:tcPr>
            <w:tcW w:w="2160" w:type="dxa"/>
            <w:vAlign w:val="center"/>
          </w:tcPr>
          <w:p w:rsidR="00FD59D6" w:rsidRDefault="00FD59D6" w:rsidP="0007553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Estamento</w:t>
            </w:r>
          </w:p>
        </w:tc>
        <w:tc>
          <w:tcPr>
            <w:tcW w:w="2160" w:type="dxa"/>
            <w:vAlign w:val="center"/>
          </w:tcPr>
          <w:p w:rsidR="00FD59D6" w:rsidRDefault="00FD59D6" w:rsidP="00075533"/>
        </w:tc>
        <w:tc>
          <w:tcPr>
            <w:tcW w:w="2160" w:type="dxa"/>
            <w:vAlign w:val="center"/>
          </w:tcPr>
          <w:p w:rsidR="00FD59D6" w:rsidRDefault="00FD59D6" w:rsidP="00075533">
            <w:pPr>
              <w:rPr>
                <w:rFonts w:ascii="Arial" w:hAnsi="Arial"/>
                <w:sz w:val="20"/>
              </w:rPr>
            </w:pPr>
          </w:p>
        </w:tc>
        <w:tc>
          <w:tcPr>
            <w:tcW w:w="2842" w:type="dxa"/>
            <w:vAlign w:val="center"/>
          </w:tcPr>
          <w:p w:rsidR="00FD59D6" w:rsidRDefault="00FD59D6" w:rsidP="00075533"/>
        </w:tc>
      </w:tr>
      <w:tr w:rsidR="006718FD" w:rsidTr="00DC4330">
        <w:tc>
          <w:tcPr>
            <w:tcW w:w="2160" w:type="dxa"/>
            <w:vAlign w:val="center"/>
          </w:tcPr>
          <w:p w:rsidR="006718FD" w:rsidRDefault="006718FD" w:rsidP="00075533">
            <w:r>
              <w:rPr>
                <w:rFonts w:ascii="Arial" w:hAnsi="Arial"/>
                <w:sz w:val="20"/>
              </w:rPr>
              <w:t>Desde (dd/mm/aaaa)</w:t>
            </w:r>
          </w:p>
        </w:tc>
        <w:tc>
          <w:tcPr>
            <w:tcW w:w="2160" w:type="dxa"/>
            <w:vAlign w:val="center"/>
          </w:tcPr>
          <w:p w:rsidR="006718FD" w:rsidRDefault="006718FD" w:rsidP="00075533"/>
        </w:tc>
        <w:tc>
          <w:tcPr>
            <w:tcW w:w="2160" w:type="dxa"/>
            <w:vAlign w:val="center"/>
          </w:tcPr>
          <w:p w:rsidR="006718FD" w:rsidRDefault="006718FD" w:rsidP="00075533">
            <w:r>
              <w:rPr>
                <w:rFonts w:ascii="Arial" w:hAnsi="Arial"/>
                <w:sz w:val="20"/>
              </w:rPr>
              <w:t>Hasta (dd/mm/aaaa)</w:t>
            </w:r>
          </w:p>
        </w:tc>
        <w:tc>
          <w:tcPr>
            <w:tcW w:w="2842" w:type="dxa"/>
            <w:vAlign w:val="center"/>
          </w:tcPr>
          <w:p w:rsidR="006718FD" w:rsidRDefault="006718FD" w:rsidP="00075533"/>
        </w:tc>
      </w:tr>
      <w:tr w:rsidR="006718FD" w:rsidRPr="006718FD" w:rsidTr="00DC4330">
        <w:tc>
          <w:tcPr>
            <w:tcW w:w="2160" w:type="dxa"/>
            <w:vAlign w:val="center"/>
          </w:tcPr>
          <w:p w:rsidR="006718FD" w:rsidRPr="006718FD" w:rsidRDefault="006718FD" w:rsidP="00075533">
            <w:pPr>
              <w:rPr>
                <w:lang w:val="es-CL"/>
              </w:rPr>
            </w:pPr>
            <w:r w:rsidRPr="006718FD">
              <w:rPr>
                <w:rFonts w:ascii="Arial" w:hAnsi="Arial"/>
                <w:sz w:val="20"/>
                <w:lang w:val="es-CL"/>
              </w:rPr>
              <w:t>Principales funciones y logros (breve síntesis)</w:t>
            </w:r>
          </w:p>
        </w:tc>
        <w:tc>
          <w:tcPr>
            <w:tcW w:w="7162" w:type="dxa"/>
            <w:gridSpan w:val="3"/>
            <w:vAlign w:val="center"/>
          </w:tcPr>
          <w:p w:rsidR="006718FD" w:rsidRDefault="006718FD" w:rsidP="00075533">
            <w:pPr>
              <w:rPr>
                <w:lang w:val="es-CL"/>
              </w:rPr>
            </w:pPr>
          </w:p>
          <w:p w:rsidR="006718FD" w:rsidRDefault="006718FD" w:rsidP="00075533">
            <w:pPr>
              <w:rPr>
                <w:lang w:val="es-CL"/>
              </w:rPr>
            </w:pPr>
          </w:p>
          <w:p w:rsidR="006718FD" w:rsidRPr="006718FD" w:rsidRDefault="006718FD" w:rsidP="00075533">
            <w:pPr>
              <w:rPr>
                <w:lang w:val="es-CL"/>
              </w:rPr>
            </w:pPr>
          </w:p>
        </w:tc>
      </w:tr>
    </w:tbl>
    <w:p w:rsidR="002F6911" w:rsidRDefault="002F6911">
      <w:pPr>
        <w:rPr>
          <w:lang w:val="es-CL"/>
        </w:rPr>
      </w:pPr>
    </w:p>
    <w:p w:rsidR="006718FD" w:rsidRDefault="006718FD" w:rsidP="006718FD">
      <w:r>
        <w:rPr>
          <w:rFonts w:ascii="Arial" w:hAnsi="Arial"/>
          <w:b/>
        </w:rPr>
        <w:t xml:space="preserve">Experiencia </w:t>
      </w:r>
      <w:r w:rsidR="00FD59D6">
        <w:rPr>
          <w:rFonts w:ascii="Arial" w:hAnsi="Arial"/>
          <w:b/>
        </w:rPr>
        <w:t xml:space="preserve">Profesional </w:t>
      </w:r>
      <w:r>
        <w:rPr>
          <w:rFonts w:ascii="Arial" w:hAnsi="Arial"/>
          <w:b/>
        </w:rPr>
        <w:t>#3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6718FD" w:rsidTr="00075533">
        <w:tc>
          <w:tcPr>
            <w:tcW w:w="2160" w:type="dxa"/>
            <w:vAlign w:val="center"/>
          </w:tcPr>
          <w:p w:rsidR="006718FD" w:rsidRDefault="006718FD" w:rsidP="00DC4330">
            <w:pPr>
              <w:jc w:val="both"/>
            </w:pPr>
            <w:r>
              <w:rPr>
                <w:rFonts w:ascii="Arial" w:hAnsi="Arial"/>
                <w:sz w:val="20"/>
              </w:rPr>
              <w:t>Cargo</w:t>
            </w:r>
          </w:p>
        </w:tc>
        <w:tc>
          <w:tcPr>
            <w:tcW w:w="6480" w:type="dxa"/>
            <w:gridSpan w:val="3"/>
            <w:vAlign w:val="center"/>
          </w:tcPr>
          <w:p w:rsidR="006718FD" w:rsidRDefault="006718FD" w:rsidP="00075533"/>
        </w:tc>
      </w:tr>
      <w:tr w:rsidR="006718FD" w:rsidTr="00075533">
        <w:tc>
          <w:tcPr>
            <w:tcW w:w="2160" w:type="dxa"/>
            <w:vAlign w:val="center"/>
          </w:tcPr>
          <w:p w:rsidR="006718FD" w:rsidRDefault="006718FD" w:rsidP="00DC4330">
            <w:pPr>
              <w:jc w:val="both"/>
            </w:pPr>
            <w:r>
              <w:rPr>
                <w:rFonts w:ascii="Arial" w:hAnsi="Arial"/>
                <w:sz w:val="20"/>
              </w:rPr>
              <w:t>Institución / Dispositivo</w:t>
            </w:r>
          </w:p>
        </w:tc>
        <w:tc>
          <w:tcPr>
            <w:tcW w:w="6480" w:type="dxa"/>
            <w:gridSpan w:val="3"/>
            <w:vAlign w:val="center"/>
          </w:tcPr>
          <w:p w:rsidR="006718FD" w:rsidRDefault="006718FD" w:rsidP="00075533"/>
        </w:tc>
      </w:tr>
      <w:tr w:rsidR="00FD59D6" w:rsidTr="00075533">
        <w:tc>
          <w:tcPr>
            <w:tcW w:w="2160" w:type="dxa"/>
            <w:vAlign w:val="center"/>
          </w:tcPr>
          <w:p w:rsidR="00FD59D6" w:rsidRDefault="00FD59D6" w:rsidP="00DC4330">
            <w:pPr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Estamento</w:t>
            </w:r>
          </w:p>
        </w:tc>
        <w:tc>
          <w:tcPr>
            <w:tcW w:w="2160" w:type="dxa"/>
            <w:vAlign w:val="center"/>
          </w:tcPr>
          <w:p w:rsidR="00FD59D6" w:rsidRDefault="00FD59D6" w:rsidP="00075533"/>
        </w:tc>
        <w:tc>
          <w:tcPr>
            <w:tcW w:w="2160" w:type="dxa"/>
            <w:vAlign w:val="center"/>
          </w:tcPr>
          <w:p w:rsidR="00FD59D6" w:rsidRDefault="00FD59D6" w:rsidP="00075533">
            <w:pPr>
              <w:rPr>
                <w:rFonts w:ascii="Arial" w:hAnsi="Arial"/>
                <w:sz w:val="20"/>
              </w:rPr>
            </w:pPr>
          </w:p>
        </w:tc>
        <w:tc>
          <w:tcPr>
            <w:tcW w:w="2160" w:type="dxa"/>
            <w:vAlign w:val="center"/>
          </w:tcPr>
          <w:p w:rsidR="00FD59D6" w:rsidRDefault="00FD59D6" w:rsidP="00075533"/>
        </w:tc>
      </w:tr>
      <w:tr w:rsidR="006718FD" w:rsidTr="00075533">
        <w:tc>
          <w:tcPr>
            <w:tcW w:w="2160" w:type="dxa"/>
            <w:vAlign w:val="center"/>
          </w:tcPr>
          <w:p w:rsidR="006718FD" w:rsidRDefault="006718FD" w:rsidP="00DC4330">
            <w:pPr>
              <w:jc w:val="both"/>
            </w:pPr>
            <w:r>
              <w:rPr>
                <w:rFonts w:ascii="Arial" w:hAnsi="Arial"/>
                <w:sz w:val="20"/>
              </w:rPr>
              <w:t>Desde (dd/mm/aaaa)</w:t>
            </w:r>
          </w:p>
        </w:tc>
        <w:tc>
          <w:tcPr>
            <w:tcW w:w="2160" w:type="dxa"/>
            <w:vAlign w:val="center"/>
          </w:tcPr>
          <w:p w:rsidR="006718FD" w:rsidRDefault="006718FD" w:rsidP="00075533"/>
        </w:tc>
        <w:tc>
          <w:tcPr>
            <w:tcW w:w="2160" w:type="dxa"/>
            <w:vAlign w:val="center"/>
          </w:tcPr>
          <w:p w:rsidR="006718FD" w:rsidRDefault="006718FD" w:rsidP="00075533">
            <w:r>
              <w:rPr>
                <w:rFonts w:ascii="Arial" w:hAnsi="Arial"/>
                <w:sz w:val="20"/>
              </w:rPr>
              <w:t>Hasta (dd/mm/aaaa)</w:t>
            </w:r>
          </w:p>
        </w:tc>
        <w:tc>
          <w:tcPr>
            <w:tcW w:w="2160" w:type="dxa"/>
            <w:vAlign w:val="center"/>
          </w:tcPr>
          <w:p w:rsidR="006718FD" w:rsidRDefault="006718FD" w:rsidP="00075533"/>
        </w:tc>
      </w:tr>
      <w:tr w:rsidR="006718FD" w:rsidRPr="006718FD" w:rsidTr="00075533">
        <w:tc>
          <w:tcPr>
            <w:tcW w:w="2160" w:type="dxa"/>
            <w:vAlign w:val="center"/>
          </w:tcPr>
          <w:p w:rsidR="006718FD" w:rsidRPr="006718FD" w:rsidRDefault="006718FD" w:rsidP="00DC4330">
            <w:pPr>
              <w:jc w:val="both"/>
              <w:rPr>
                <w:lang w:val="es-CL"/>
              </w:rPr>
            </w:pPr>
            <w:r w:rsidRPr="006718FD">
              <w:rPr>
                <w:rFonts w:ascii="Arial" w:hAnsi="Arial"/>
                <w:sz w:val="20"/>
                <w:lang w:val="es-CL"/>
              </w:rPr>
              <w:t>Principales funciones y logros (breve síntesis)</w:t>
            </w:r>
          </w:p>
        </w:tc>
        <w:tc>
          <w:tcPr>
            <w:tcW w:w="6480" w:type="dxa"/>
            <w:gridSpan w:val="3"/>
            <w:vAlign w:val="center"/>
          </w:tcPr>
          <w:p w:rsidR="006718FD" w:rsidRDefault="006718FD" w:rsidP="00075533">
            <w:pPr>
              <w:rPr>
                <w:lang w:val="es-CL"/>
              </w:rPr>
            </w:pPr>
          </w:p>
          <w:p w:rsidR="006718FD" w:rsidRDefault="006718FD" w:rsidP="00075533">
            <w:pPr>
              <w:rPr>
                <w:lang w:val="es-CL"/>
              </w:rPr>
            </w:pPr>
          </w:p>
          <w:p w:rsidR="006718FD" w:rsidRPr="006718FD" w:rsidRDefault="006718FD" w:rsidP="00075533">
            <w:pPr>
              <w:rPr>
                <w:lang w:val="es-CL"/>
              </w:rPr>
            </w:pPr>
          </w:p>
        </w:tc>
      </w:tr>
    </w:tbl>
    <w:p w:rsidR="006718FD" w:rsidRDefault="006718FD" w:rsidP="006718FD">
      <w:pPr>
        <w:jc w:val="both"/>
        <w:rPr>
          <w:lang w:val="es-CL"/>
        </w:rPr>
      </w:pPr>
    </w:p>
    <w:p w:rsidR="0082581D" w:rsidRPr="00DC4330" w:rsidRDefault="00A124AA" w:rsidP="005265E5">
      <w:pPr>
        <w:jc w:val="both"/>
        <w:rPr>
          <w:lang w:val="es-CL"/>
        </w:rPr>
      </w:pPr>
      <w:r>
        <w:rPr>
          <w:lang w:val="es-CL"/>
        </w:rPr>
        <w:t>La comisión de selección tendrá la atribución de verificar los antecedentes declarados en el punto 2.</w:t>
      </w:r>
    </w:p>
    <w:p w:rsidR="00DC4330" w:rsidRPr="00F72D2A" w:rsidRDefault="005265E5">
      <w:pPr>
        <w:rPr>
          <w:b/>
          <w:bCs/>
          <w:lang w:val="es-CL"/>
        </w:rPr>
      </w:pPr>
      <w:r>
        <w:rPr>
          <w:b/>
          <w:bCs/>
          <w:lang w:val="es-CL"/>
        </w:rPr>
        <w:t>4</w:t>
      </w:r>
      <w:r w:rsidR="00F72D2A" w:rsidRPr="00F72D2A">
        <w:rPr>
          <w:b/>
          <w:bCs/>
          <w:lang w:val="es-CL"/>
        </w:rPr>
        <w:t>. ESTABLECIMIETO AL QUE POSTULA</w:t>
      </w:r>
    </w:p>
    <w:p w:rsidR="00F72D2A" w:rsidRPr="00F72D2A" w:rsidRDefault="00F72D2A" w:rsidP="00F72D2A">
      <w:pPr>
        <w:ind w:right="-432"/>
        <w:rPr>
          <w:rFonts w:ascii="Arial" w:hAnsi="Arial"/>
          <w:b/>
          <w:bCs/>
          <w:sz w:val="20"/>
          <w:szCs w:val="20"/>
          <w:lang w:val="es-CL"/>
        </w:rPr>
      </w:pPr>
      <w:r w:rsidRPr="00F72D2A">
        <w:rPr>
          <w:rFonts w:ascii="Arial" w:hAnsi="Arial"/>
          <w:b/>
          <w:bCs/>
          <w:sz w:val="20"/>
          <w:szCs w:val="20"/>
          <w:lang w:val="es-CL"/>
        </w:rPr>
        <w:t>☐ COSAM SAN ESTEBAN</w:t>
      </w:r>
    </w:p>
    <w:p w:rsidR="00F72D2A" w:rsidRPr="00F72D2A" w:rsidRDefault="00F72D2A" w:rsidP="00F72D2A">
      <w:pPr>
        <w:ind w:right="-432"/>
        <w:rPr>
          <w:rFonts w:ascii="Arial" w:hAnsi="Arial"/>
          <w:b/>
          <w:bCs/>
          <w:sz w:val="20"/>
          <w:szCs w:val="20"/>
          <w:lang w:val="es-CL"/>
        </w:rPr>
      </w:pPr>
      <w:r w:rsidRPr="00F72D2A">
        <w:rPr>
          <w:rFonts w:ascii="Arial" w:hAnsi="Arial"/>
          <w:b/>
          <w:bCs/>
          <w:sz w:val="20"/>
          <w:szCs w:val="20"/>
          <w:lang w:val="es-CL"/>
        </w:rPr>
        <w:t>☐ COSAM RINCONADA</w:t>
      </w:r>
    </w:p>
    <w:p w:rsidR="00F72D2A" w:rsidRPr="005265E5" w:rsidRDefault="00F72D2A" w:rsidP="00F72D2A">
      <w:pPr>
        <w:ind w:right="-432"/>
        <w:rPr>
          <w:b/>
          <w:bCs/>
          <w:sz w:val="20"/>
          <w:szCs w:val="20"/>
          <w:lang w:val="es-CL"/>
        </w:rPr>
      </w:pPr>
      <w:r w:rsidRPr="00F72D2A">
        <w:rPr>
          <w:rFonts w:ascii="Arial" w:hAnsi="Arial"/>
          <w:b/>
          <w:bCs/>
          <w:sz w:val="20"/>
          <w:szCs w:val="20"/>
          <w:lang w:val="es-CL"/>
        </w:rPr>
        <w:t>☐ AMBOS</w:t>
      </w:r>
      <w:bookmarkStart w:id="0" w:name="_GoBack"/>
      <w:bookmarkEnd w:id="0"/>
    </w:p>
    <w:p w:rsidR="00F72D2A" w:rsidRDefault="00F72D2A">
      <w:pPr>
        <w:rPr>
          <w:lang w:val="es-CL"/>
        </w:rPr>
      </w:pPr>
    </w:p>
    <w:p w:rsidR="00F72D2A" w:rsidRPr="00DC4330" w:rsidRDefault="00F72D2A">
      <w:pPr>
        <w:rPr>
          <w:lang w:val="es-CL"/>
        </w:rPr>
      </w:pPr>
    </w:p>
    <w:p w:rsidR="00DC4330" w:rsidRPr="00DC4330" w:rsidRDefault="00DC4330">
      <w:pPr>
        <w:rPr>
          <w:lang w:val="es-C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F6911">
        <w:tc>
          <w:tcPr>
            <w:tcW w:w="4320" w:type="dxa"/>
            <w:vAlign w:val="center"/>
          </w:tcPr>
          <w:p w:rsidR="002F6911" w:rsidRPr="00F72D2A" w:rsidRDefault="00DC4330" w:rsidP="00DC4330">
            <w:pPr>
              <w:jc w:val="center"/>
              <w:rPr>
                <w:b/>
                <w:bCs/>
              </w:rPr>
            </w:pPr>
            <w:r w:rsidRPr="00F72D2A">
              <w:rPr>
                <w:rFonts w:ascii="Arial" w:hAnsi="Arial"/>
                <w:b/>
                <w:bCs/>
              </w:rPr>
              <w:t>FIRMA DEL POSTULANTE</w:t>
            </w:r>
          </w:p>
        </w:tc>
        <w:tc>
          <w:tcPr>
            <w:tcW w:w="4320" w:type="dxa"/>
            <w:vAlign w:val="center"/>
          </w:tcPr>
          <w:p w:rsidR="002F6911" w:rsidRPr="00F72D2A" w:rsidRDefault="00195166" w:rsidP="00DC4330">
            <w:pPr>
              <w:jc w:val="center"/>
              <w:rPr>
                <w:b/>
                <w:bCs/>
              </w:rPr>
            </w:pPr>
            <w:r w:rsidRPr="00F72D2A">
              <w:rPr>
                <w:rFonts w:ascii="Arial" w:hAnsi="Arial"/>
                <w:b/>
                <w:bCs/>
              </w:rPr>
              <w:t>Fecha (dd/mm/aaaa)</w:t>
            </w:r>
          </w:p>
        </w:tc>
      </w:tr>
      <w:tr w:rsidR="002F6911">
        <w:tc>
          <w:tcPr>
            <w:tcW w:w="4320" w:type="dxa"/>
            <w:vAlign w:val="center"/>
          </w:tcPr>
          <w:p w:rsidR="002F6911" w:rsidRPr="00F72D2A" w:rsidRDefault="00195166">
            <w:pPr>
              <w:rPr>
                <w:rFonts w:ascii="Arial" w:hAnsi="Arial"/>
                <w:b/>
                <w:bCs/>
              </w:rPr>
            </w:pPr>
            <w:r w:rsidRPr="00F72D2A">
              <w:rPr>
                <w:rFonts w:ascii="Arial" w:hAnsi="Arial"/>
                <w:b/>
                <w:bCs/>
              </w:rPr>
              <w:t xml:space="preserve"> </w:t>
            </w:r>
          </w:p>
          <w:p w:rsidR="00DC4330" w:rsidRPr="00F72D2A" w:rsidRDefault="00DC4330">
            <w:pPr>
              <w:rPr>
                <w:b/>
                <w:bCs/>
              </w:rPr>
            </w:pPr>
          </w:p>
          <w:p w:rsidR="00DC4330" w:rsidRPr="00F72D2A" w:rsidRDefault="00DC4330">
            <w:pPr>
              <w:rPr>
                <w:b/>
                <w:bCs/>
              </w:rPr>
            </w:pPr>
          </w:p>
          <w:p w:rsidR="00DC4330" w:rsidRPr="00F72D2A" w:rsidRDefault="00DC4330">
            <w:pPr>
              <w:rPr>
                <w:b/>
                <w:bCs/>
              </w:rPr>
            </w:pPr>
          </w:p>
          <w:p w:rsidR="00DC4330" w:rsidRPr="00F72D2A" w:rsidRDefault="00DC4330">
            <w:pPr>
              <w:rPr>
                <w:b/>
                <w:bCs/>
              </w:rPr>
            </w:pPr>
          </w:p>
        </w:tc>
        <w:tc>
          <w:tcPr>
            <w:tcW w:w="4320" w:type="dxa"/>
            <w:vAlign w:val="center"/>
          </w:tcPr>
          <w:p w:rsidR="002F6911" w:rsidRPr="00F72D2A" w:rsidRDefault="00195166">
            <w:pPr>
              <w:rPr>
                <w:b/>
                <w:bCs/>
              </w:rPr>
            </w:pPr>
            <w:r w:rsidRPr="00F72D2A">
              <w:rPr>
                <w:rFonts w:ascii="Arial" w:hAnsi="Arial"/>
                <w:b/>
                <w:bCs/>
              </w:rPr>
              <w:t xml:space="preserve"> </w:t>
            </w:r>
          </w:p>
        </w:tc>
      </w:tr>
    </w:tbl>
    <w:p w:rsidR="002F6911" w:rsidRPr="006718FD" w:rsidRDefault="002F6911">
      <w:pPr>
        <w:rPr>
          <w:lang w:val="es-CL"/>
        </w:rPr>
      </w:pPr>
    </w:p>
    <w:sectPr w:rsidR="002F6911" w:rsidRPr="006718FD" w:rsidSect="00DC4330">
      <w:pgSz w:w="12240" w:h="15840"/>
      <w:pgMar w:top="1440" w:right="1226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5AB9" w:rsidRDefault="00405AB9" w:rsidP="0082581D">
      <w:pPr>
        <w:spacing w:after="0" w:line="240" w:lineRule="auto"/>
      </w:pPr>
      <w:r>
        <w:separator/>
      </w:r>
    </w:p>
  </w:endnote>
  <w:endnote w:type="continuationSeparator" w:id="0">
    <w:p w:rsidR="00405AB9" w:rsidRDefault="00405AB9" w:rsidP="00825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5AB9" w:rsidRDefault="00405AB9" w:rsidP="0082581D">
      <w:pPr>
        <w:spacing w:after="0" w:line="240" w:lineRule="auto"/>
      </w:pPr>
      <w:r>
        <w:separator/>
      </w:r>
    </w:p>
  </w:footnote>
  <w:footnote w:type="continuationSeparator" w:id="0">
    <w:p w:rsidR="00405AB9" w:rsidRDefault="00405AB9" w:rsidP="008258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95166"/>
    <w:rsid w:val="001D7C9A"/>
    <w:rsid w:val="0029639D"/>
    <w:rsid w:val="002F6911"/>
    <w:rsid w:val="00326F90"/>
    <w:rsid w:val="00405AB9"/>
    <w:rsid w:val="005265E5"/>
    <w:rsid w:val="00533A99"/>
    <w:rsid w:val="006718FD"/>
    <w:rsid w:val="0082581D"/>
    <w:rsid w:val="00A124AA"/>
    <w:rsid w:val="00A71AD0"/>
    <w:rsid w:val="00AA1D8D"/>
    <w:rsid w:val="00B47730"/>
    <w:rsid w:val="00CB0664"/>
    <w:rsid w:val="00DC4330"/>
    <w:rsid w:val="00F72D2A"/>
    <w:rsid w:val="00FC693F"/>
    <w:rsid w:val="00FD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F96B31"/>
  <w14:defaultImageDpi w14:val="300"/>
  <w15:docId w15:val="{71DEAF5B-ED38-1442-BA83-46FEF2861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A4C4C3-4215-42B5-80E7-E39BF38B7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220</Words>
  <Characters>1212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Félix Jeldres Rojas</cp:lastModifiedBy>
  <cp:revision>8</cp:revision>
  <dcterms:created xsi:type="dcterms:W3CDTF">2025-11-07T00:43:00Z</dcterms:created>
  <dcterms:modified xsi:type="dcterms:W3CDTF">2025-11-10T21:26:00Z</dcterms:modified>
  <cp:category/>
</cp:coreProperties>
</file>